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מועצת הכיתה · משחק הצבעות, שכנוע ופשרות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מועצת הכיתה: הצבעות, שכנוע ופשרות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מתקבלות החלטות בקבוצה בדרך דמוקרטית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טיעון משכנע בכבוד ובענייניות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הפשרה ככלי לפתרון מחלוקות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תהליך מלא מהצעה ועד החלטה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מועצת כיתה ולמה היא קיימת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תלמידים שמקבלת החלטות משותפות על ענייני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לנהל את הדיון ולדאוג שכולם יוכלו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מועצת כיתה ולמה היא קיימת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 המועצה היא לשמוע את כל הדעות ולהחליט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המרכזי של הנציג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מועצת כיתה ולמה היא קיימת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מועצת כיתה ולמה היא קיימת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(מנהל את הדיון במועצה)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(מייצג את דעת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לבחור בין כמה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(פתרון שמתחשב בכמה דעות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כללי ההצבעה וההכרעה הדמוקרטית – הכירו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ההצעה שקיבלה הכי הרבה קולות בעד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שכולם יוכלו לוודא שהספירה הוגנת ומדויקת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כללי ההצבעה וההכרעה הדמוקרטית – הכירו את הכללים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עקרון יסוד בהצבעה דמוקרטית - שוויון בין כל המצביעים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 ותלמידה מצביעים פעם אחת בלבד, כדי לשמור על הוגנות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כללי ההצבעה וההכרעה הדמוקרטית – יישום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כללי ההצבעה וההכרעה הדמוקרטית – יישום הכללים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אחד רואה איך הצביעו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(אף אחד לא יודע איך הצביע 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(ההצעה עם מספר הקולות הגבוה ביותר מנצחת)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הקולות בעד ונגד שווה)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כוחו של שכנוע: בניית טיעון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לבדיקה ולאימות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לא משהו שאפשר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טיעון חזק נשען על נימוקים וסיבות 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נימוק הופך את הדעה למשכנעת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כוחו של שכנוע: בניית טיעון – זיהוי טיעון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 אפשר לבדוק, דעה היא רגש או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כדאי לשנות כי זה ישפר ריכוז - כך כולם רואים את הלוח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נימוק ברור שתומך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טיעון חזק עם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כוחו של שכנוע: בניית טיעון – ניסוח טיעון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(טיעון עם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(דעה בלי נימוק)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כוחו של שכנוע: בניית טיעון – כתיבת טיעון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פשרה: כשלא כולם מסכימים – מה זו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בפשרה שני הצדדים נותנים ומקבלים משהו, כדי שכולם ירגישו בסדר עם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פשרה אלא ניצחון של צד אחד, בפשרה אמיתית שני הצדדים מוותרים קצת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פשרה מאפשרת למצוא פתרון ביניים שמתחשב בשתי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המטרה של פשרה היא לא שכולם ישמחו לגמרי, אלא שכולם ירגישו שהתחשבו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פשרה: כשלא כולם מסכימים – התאמת מצבים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(לשחק כדורגל ביום אחד וכדורסל ביום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(לשלב את שני הצבעים יחד בקישוטים)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(לבחור טיול שמשלב גם טבע וגם ביקור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(לקיים מסיבה עם תחפושות אופציונליות, מי שרוצה לובש ומי שלא נשאר בבגדים רגילים)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(לקבוע ישיבה לפי בחירה בחצי מהשנה והגרלה בחצי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פשרה: כשלא כולם מסכימים – חשיבה והצעת פתרונות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פתרון שבו שני הצדדים מוותרים קצת ומקבלים קצת, כדי שכולם ירגישו בסדר עם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שמראה שתי קבוצות עם רצונות שונים ופתרון ביניים, למשל בחירת משחק או קישוט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מצב ברור עם שתי עמדות שונות, ופתרון ביניים שמתחשב בשתיהן ולא מעדיף צד אחד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פשרה טובה מתחשבת בשני הצדדים בצורה מאוזנת, פשרה לא הוגנת כשצד אחד מוותר הרבה יותר מהשני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משולב: מהדיון להחלטה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שמישהו מציג כדי שהכיתה תדון בו ותחליט לגביו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לגרום לאחרים להבין ולתמוך בעמדה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תלמיד ותלמידה מביעים את דעתם ובוחרים באחת האפשרויות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משולב: מהדיון להחלטה – מהלך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משולב: מהדיון להחלטה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(רעיון שמוצג לדיון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(ניסיון להסביר ולגרום לאחרים להסכים)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תלמיד בוחר באפשרות המועדפת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(פתרון שמשלב חלקית בין עמדות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תרגול משולב: מהדיון להחלטה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מישהו מציג הצעה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מתקיים דיון ודברי שכנוע בעד ונגד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הכיתה מצביעה על ההצעה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אין הכרעה ברורה, מחפשים פשרה שתתאים לרוב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לתת לתלמידים ולתלמידות להשפיע על החלטות הנוגעות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ההחלטה שקיבלה את רוב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לכל אחד ואחת קול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נימוקים ודוגמאות התומכים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פתרון שבו כל הצדדים מוותרים קצת כדי להגיע להסכמה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כשיש חילוקי דעות ולא מתקבל רוב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הצגת הנושא והעלאת הצעות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לכבד את ההחלטה למרות אי ההסכמה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ייצוג, קבלת החלטות משותפת וסדר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הטיעון צריך לכלול סיבה ברורה ולא רק דעה בלי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יבין שפשרה מתאימה כששני הצדדים חשובים ואי אפשר רק להצביע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הצבעה, שכנוע, פשרה - ולסיים במפגש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בפרק השכנוע כדי לתרגל שכנוע הדדי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דוגמאות מוכנות לטיעון ולבקש רק להשלים חלק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טיעון נגד הרעיון שלהם ולמצוא פשרה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מועצת הכיתה · משחק הצבעות, שכנוע ופשרות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מועצת הכיתה: הצבעות, שכנוע ופשרות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איך כיתה מחליטה ביחד. נעבור פרק אחרי פרק, ונענה על כל שאלה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נציגים שמייצגת את כל הכיתה ועוזרת לקבל 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לבחור החלטה כשכל אחד נותן קול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הקולות הגדול ביותר שמכריע בהצבעה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להסביר לאחרים למה הרעיון שלכם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למה חושבים ככה, מבוסס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שבו כל צד מוותר קצת כדי להגיע להסכמה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שנבחר לדבר בשם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יו״ר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שמנהל את הישיבה ושומר על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שמעלים לדיון לפני ההחלטה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שני צדדים קיבלו אותו מספר 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מועצת כיתה ולמה היא קיימת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מועצת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תלמידים שמקבלת החלטות משותפות על ענייני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שבועי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 ספורט אחרי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היו"ר?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לנהל את הדיון ולדאוג שכולם יוכלו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שיעורי הבית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להחליט לבד בלי לשאול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מועצת כיתה ולמה היא קיימת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מועצת הכיתה מקבלת החלטות בלי לשמוע את דעת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הכיתה נבחר כדי לייצג את דעת חברי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מועצת כיתה ולמה היא קיימת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מי שמנהל את הדיון ושומר על הסדר במועצת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שתי דעות שונות בכיתה אפשר להגיע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מועצת כיתה ולמה היא קיימת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יו"ר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 שמתחשב בכמה דעות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נציג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לבחור בין כמה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מייצג את דעת חברי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מנהל את הדיון במועצה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כללי ההצבעה וההכרעה הדמוקרטית – הכירו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'הכרעה לפי רוב קולות'?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ההצעה שקיבלה הכי הרבה קולות בעד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בוחר את ההצעה הטובה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ההצעה הראשונה שהוצעה תמיד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שכל התלמידים יסכימו פה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שספירת הקולות תהיה שקופה וגלויה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שכולם יוכלו לוודא שהספירה הוגנת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שההצבעה תימשך זמן רב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שהמורה יוכל לשנות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חשיבות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כללי ההצבעה וההכרעה הדמוקרטית – הכירו את הכללים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תלמיד ותלמידה בכיתה יש קול אחד שווה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לתלמיד להצביע פעמיים כדי להגדיל את הסיכוי שההצעה שלו תנצח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כללי ההצבעה וההכרעה הדמוקרטית – יישום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מספר הקולות בעד ונגד שתי הצעות שווה, קוראים למצב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שהספירה תהיה שקופה, רצוי שהקולות ייספרו מול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כללי ההצבעה וההכרעה הדמוקרטית – יישום הכללים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הצבעה בהרמת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ההצעה עם מספר הקולות הגבוה ביותר מנצחת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הצבעה חשאית בפתקים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הקולות בעד ונגד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רוב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אף אחד לא יודע איך הצביע 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אחד רואה איך הצביעו האחרים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כוחו של שכנוע: בניית טיעון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 או לא נכון נקרא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"לדעתי צריך הפסקה ארוכה יותר" הוא משפט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חזק נשען רק על רגשות ולא על נימוקים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לשכנע מישהו כדאי להביא נימוק שתומך בדעה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כוחו של שכנוע: בניית טיעון – זיהוי טיעון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משפט שאפשר לבדוק לבין משפט של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לבדוק, דעה היא רגש או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תמיד ארוכה יותר מדעה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תמיד נכונה יותר מעובדה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הצעה מלווה בנימוק אמיתי?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כדאי לשנות כי זה ישפר ריכוז - כך כולם רואים את הלוח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לשנות כי 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תמיד משעמם לי במקום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יודע, פשוט בואו נשנה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לטיעון להיות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ברור שתומך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צעקות וכעס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אותה מילה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כאן נימוק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טיעון חזק עם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טיעון חלש בלי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בלי שום הסבר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כוחו של שכנוע: בניית טיעון – ניסוח טיעון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"בכיתה שלנו 25 תלמידים"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 בלי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"ההפסקה קצרה מדי לדעתי"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טיעון עם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"צריך יותר זמן למשחק כי זה עוזר להתרכז אחר כך"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"פשוט בא לי יותר זמן, זהו"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כוחו של שכנוע: בניית טיעון – כתיבת טיעון משכנע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טיעון חזק בנוי משני חלקים: דעה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פשרה: כשלא כולם מסכימים – מה זו פשרה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פשרה היא פתרון שבו כל צד מוותר קצת כדי להגיע להסכמה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במצב של פשרה אחד הצדדים מקבל הכל והשני לא מקבל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פשרה יכולה לעזור כששתי קבוצות בכיתה רוצות דברים שונים לאותו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פשרה טובה היא כזו שבה שני הצדדים מרוצים במידה מסוימת, גם אם לא קיבלו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פשרה: כשלא כולם מסכימים – התאמת מצבים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 מהכיתה רוצה לשחק כדורגל בהפסקה, חצי רוצה 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לקיים מסיבה עם תחפושות אופציונליות, מי שרוצה לובש ומי שלא נשאר בבגדים רגילים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קבוצה אחת רוצה לקשט את הכיתה בכחול, קבוצה שניה בצהוב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לשחק כדורגל ביום אחד וכדורסל ביום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חלק מהכיתה רוצה טיול לטבע, חלק רוצה טיול לעיר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לקבוע ישיבה לפי בחירה בחצי מהשנה והגרלה בחצי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קבוצה רוצה מסיבת סיום עם תחפושות, קבוצה אחרת מעדיפה 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לשלב את שני הצבעים יחד בקישוטים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חלק מהתלמידים רוצים לבחור איפה לשבת, חלק רוצים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לבחור טיול שמשלב גם טבע וגם ביקור בעיר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פשרה: כשלא כולם מסכימים – חשיבה והצעת פתרונות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פשרה,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למצב בכיתה שבו פשרה יכולה לעזור לקבל החלטה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שבו שתי קבוצות בכיתה רצו דברים שונים (סוג משחק, טיול או קישוט), והציעו פשרה שתשאיר את שני הצדדים מרוצים חלקית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מה הופך פשרה ל'טובה' ומה הופך אותה ל'לא הוגנת'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משולב: מהדיון להחלטה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הצעה?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שמישהו מציג כדי שהכיתה תדון בו ותחליט לגביו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 קבוע שאי אפשר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עונש על התנהגות לא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נוכחות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משכנעים?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שאתה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לאחרים להבין ולתמוך בעמדה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הדיון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מזכיר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כותב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תלמיד ותלמידה מביעים את דעתם ובוחרים באחת האפשרויות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מבטלים את ההצעה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משולב: מהדיון להחלטה – מהלך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ההצבעה חשוב לקיים __________ שבו כל צד מציג את עמדתו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שתי קבוצות בכיתה רוצות דברים שונים, לפעמים מגיעים ל__________ שמשלבת בין שתי הדרישות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משולב: מהדיון להחלטה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תלמיד בוחר באפשרות המועדפת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 שמשלב חלקית בין עמדות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ניסיון להסביר ולגרום לאחרים להסכים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רעיון שמוצג לדיון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תרגול משולב: מהדיון להחלטה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הכרעה ברורה, מחפשים פשרה שתתאים לרוב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מצביעה על ההצעה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מתקיים דיון ודברי שכנוע בעד ונגד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מציג הצעה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מקיימים מועצת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לתלמידים ולתלמידות להשפיע על החלטות הנוגעות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טיולים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הצעה זוכה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ההחלטה שקיבלה הכי מעט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ההחלטה שקיבלה את רוב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ההחלטה שהמורה בחר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ההחלטה האחרונה שהוצעה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לכולם אותו משקל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אחד ואחת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תלמידים עם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תלמידים מצטיינים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הקול תלוי בגיל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בונה טיעון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דעה אישית בלי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נימוקים ודוגמאות התומכים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מדעת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פשרה?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צד אחד מוותר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פתרון שבו כל הצדדים מוותרים קצת כדי להגיע להסכמה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התעלמות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הצבעה חוזרת ושוב ללא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צריך פשרה?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כשכולם מסכימים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חילוקי דעות ולא מתקבל רוב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כשאין שום הצעה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קורה קודם, לפני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הצבעה מיידית בלי 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הנושא והעלאת הצעות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ענישה של מי שלא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כשההחלטה לא כרצוננו?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לכבד את ההחלטה למרות אי ההסכמה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לשתף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 מי שהצביע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ההצבעה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תפקיד מועצת הכיתה?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לבנות טיעון משכנע בשני משפטים?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מתי ולמה מגיעים לפשרה במקום 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מועצת הכיתה: הצבעות, שכנוע ופשרות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