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מועצת הכיתה · משחק הצבעות, שכנוע ופשרות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מועצת הכיתה: הצבעות, שכנוע ופשרות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מתקבלות החלטות בקבוצה בדרך דמוקרטית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טיעון משכנע בכבוד ובענייניות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הפשרה ככלי לפתרון מחלוקות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תהליך מלא מהצעה ועד החלטה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מועצת כיתה ולמה היא קיימת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תלמידים שמקבלת החלטות משותפות על ענייני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לנהל את הדיון ולדאוג שכולם יוכלו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מועצת כיתה ולמה היא קיימת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 המועצה היא לשמוע את כל הדעות ולהחליט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המרכזי של הנציג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מועצת כיתה ולמה היא קיימת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מועצת כיתה ולמה היא קיימת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(מנהל את הדיון במועצה)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(מייצג את דעת חברי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לבחור בין כמה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(פתרון שמתחשב בכמה דעות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כללי ההצבעה וההכרעה הדמוקרטית – הכירו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ההצעה שקיבלה הכי הרבה קולות בעד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שכולם יוכלו לוודא שהספירה הוגנת ומדויקת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כללי ההצבעה וההכרעה הדמוקרטית – הכירו את הכללים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עקרון יסוד בהצבעה דמוקרטית - שוויון בין כל המצביעים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 ותלמידה מצביעים פעם אחת בלבד, כדי לשמור על הוגנות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כללי ההצבעה וההכרעה הדמוקרטית – יישום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כללי ההצבעה וההכרעה הדמוקרטית – יישום הכללים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אחד רואה איך הצביעו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(אף אחד לא יודע איך הצביע 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(ההצעה עם מספר הקולות הגבוה ביותר מנצחת)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הקולות בעד ונגד שווה)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כוחו של שכנוע: בניית טיעון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ניתנת לבדיקה ולאימות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לא משהו שאפשר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טיעון חזק נשען על נימוקים וסיבות ברורות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כוחו של שכנוע: בניית טיעון – זיהוי טיעון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עובדה אפשר לבדוק, דעה היא רגש או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כדאי לשנות כי זה ישפר ריכוז - כך כולם רואים את הלוח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כוחו של שכנוע: בניית טיעון – ניסוח טיעון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(טיעון עם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(דעה בלי נימוק)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כוחו של שכנוע: בניית טיעון – כתיבת טיעון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פשרה: כשלא כולם מסכימים – מה זו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בפשרה שני הצדדים נותנים ומקבלים משהו, כדי שכולם ירגישו בסדר עם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פשרה אלא ניצחון של צד אחד, בפשרה אמיתית שני הצדדים מוותרים קצת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פשרה מאפשרת למצוא פתרון ביניים שמתחשב בשתי הקבוצות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פשרה: כשלא כולם מסכימים – התאמת מצבים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(לשחק כדורגל ביום אחד וכדורסל ביום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(לשלב את שני הצבעים יחד בקישוטים)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פשרה: כשלא כולם מסכימים – חשיבה והצעת פתרונות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פתרון שבו שני הצדדים מוותרים קצת ומקבלים קצת, כדי שכולם ירגישו בסדר עם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שמראה שתי קבוצות עם רצונות שונים ופתרון ביניים, למשל בחירת משחק או קישוט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משולב: מהדיון להחלטה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שמישהו מציג כדי שהכיתה תדון בו ותחליט לגביו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לגרום לאחרים להבין ולתמוך בעמדה שלך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משולב: מהדיון להחלטה – מהלך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משולב: מהדיון להחלטה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(רעיון שמוצג לדיון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(ניסיון להסביר ולגרום לאחרים להסכים)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תלמיד בוחר באפשרות המועדפת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(פתרון שמשלב חלקית בין עמדות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תרגול משולב: מהדיון להחלטה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מישהו מציג הצעה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מתקיים דיון ודברי שכנוע בעד ונגד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הכיתה מצביעה על ההצעה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לתת לתלמידים ולתלמידות להשפיע על החלטות הנוגעות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ההחלטה שקיבלה את רוב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לכל אחד ואחת קול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נימוקים ודוגמאות התומכים בטענה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ייצוג, קבלת החלטות משותפת וסדר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הטיעון צריך לכלול סיבה ברורה ולא רק דעה בלי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יבין שפשרה מתאימה כששני הצדדים חשובים ואי אפשר רק להצביע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הצבעה, שכנוע, פשרה - ולסיים במפגש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בפרק השכנוע כדי לתרגל שכנוע הדדי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דוגמאות מוכנות לטיעון ולבקש רק להשלים חלק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טיעון נגד הרעיון שלהם ולמצוא פשרה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מועצת הכיתה · משחק הצבעות, שכנוע ופשרות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מועצת הכיתה: הצבעות, שכנוע ופשרות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כיצד מועצת כיתה מקבלת החלטות - מהעלאת רעיון ועד הצבעה ופשרה. עבדו לפי סדר הפרקים כדי להבין כל שלב בתהליך, וענו על כל תרגיל במילים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דיון  ·  פשרה  ·  נימוק  ·  יו"ר  ·  תיקו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מועצת כיתה ולמה היא קיימת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תלמידים שמקבלת החלטות משותפות על ענייני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מבחן שבועי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חוג ספורט אחרי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תפקידו העיקרי של היו"ר במועצת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לנהל את הדיון ולדאוג שכולם יוכלו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את שיעורי הבית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להחליט לבד בלי לשאול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מועצת כיתה ולמה היא קיימת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מועצת הכיתה מקבלת החלטות בלי לשמוע את דעת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נציג הכיתה נבחר כדי לייצג את דעת חברי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מועצת כיתה ולמה היא קיימת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מי שמנהל את הדיון ושומר על הסדר במועצת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מהי מועצת כיתה ולמה היא קיימת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יו"ר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מייצג את דעת חברי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נציג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לבחור בין כמה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פתרון שמתחשב בכמה דעות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מנהל את הדיון במועצה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כללי ההצבעה וההכרעה הדמוקרטית – הכירו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'הכרעה לפי רוב קולות'?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ההצעה שקיבלה הכי הרבה קולות בעד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המורה בוחר את ההצעה הטובה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ההצעה הראשונה שהוצעה תמיד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חשוב שספירת הקולות תהיה שקופה וגלויה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שכולם יוכלו לוודא שהספירה הוגנת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שההצבעה תימשך זמן רב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שהמורה יוכל לשנות את התוצאה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כללי ההצבעה וההכרעה הדמוקרטית – הכירו את הכללים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תלמיד ותלמידה בכיתה יש קול אחד שווה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לתלמיד להצביע פעמיים כדי להגדיל את הסיכוי שההצעה שלו תנצח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כללי ההצבעה וההכרעה הדמוקרטית – יישום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מספר הקולות בעד ונגד שתי הצעות שווה, קוראים למצב הזה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כללי ההצבעה וההכרעה הדמוקרטית – יישום הכללים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הצבעה בהרמת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ההצעה עם מספר הקולות הגבוה ביותר מנצחת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הצבעה חשאית בפתקים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הקולות בעד ונגד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רוב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אחד רואה איך הצביעו האחרים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אף אחד לא יודע איך הצביע 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כוחו של שכנוע: בניית טיעון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שאפשר לבדוק אם הוא נכון או לא נכון נקרא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"לדעתי צריך הפסקה ארוכה יותר" הוא משפט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טיעון חזק נשען רק על רגשות ולא על נימוקים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כוחו של שכנוע: בניית טיעון – זיהוי טיעון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עובדה אפשר לבדוק, דעה היא רגש או עמדה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עובדה תמיד ארוכה יותר מדעה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הוא טיעון חזק יותר בעד שינוי סידור הישיבה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כדאי לשנות כי זה ישפר ריכוז - כך כולם רואים את הלוח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צריך לשנות כי 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כולם תמיד משעמם לי במקום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כוחו של שכנוע: בניית טיעון – ניסוח טיעון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"בכיתה שלנו 25 תלמידים"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טיעון עם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"ההפסקה קצרה מדי לדעתי"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"צריך יותר זמן למשחק כי זה עוזר להתרכז אחר כך"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דעה בלי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"פשוט בא לי יותר זמן, זהו"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כוחו של שכנוע: בניית טיעון – כתיבת טיעון משכנע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טיעון חזק בנוי משני חלקים: דעה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פשרה: כשלא כולם מסכימים – מה זו פשרה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פשרה היא פתרון שבו כל צד מוותר קצת כדי להגיע להסכמה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במצב של פשרה אחד הצדדים מקבל הכל והשני לא מקבל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פשרה יכולה לעזור כששתי קבוצות בכיתה רוצות דברים שונים לאותו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פשרה: כשלא כולם מסכימים – התאמת מצבים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חצי מהכיתה רוצה לשחק כדורגל בהפסקה, חצי רוצה 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לשלב את שני הצבעים יחד בקישוטים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קבוצה אחת רוצה לקשט את הכיתה בכחול, קבוצה שניה בצהוב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לשחק כדורגל ביום אחד וכדורסל ביום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פשרה: כשלא כולם מסכימים – חשיבה והצעת פתרונות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פשרה,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דוגמה למצב בכיתה שבו פשרה יכולה לעזור לקבל החלטה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תרגול משולב: מהדיון להחלטה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הצעה במסגרת 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רעיון שמישהו מציג כדי שהכיתה תדון בו ותחליט לגביו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כלל קבוע שאי אפשר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עונש על התנהגות לא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דברי שכנוע בדיון?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להראות שאתה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לגרום לאחרים להבין ולתמוך בעמדה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לסיים את הדיון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תרגול משולב: מהדיון להחלטה – מהלך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ההצבעה חשוב לקיים __________ שבו כל צד מציג את עמדתו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שתי קבוצות בכיתה רוצות דברים שונים, לפעמים מגיעים ל__________ שמשלבת בין שתי הדרישות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תרגול משולב: מהדיון להחלטה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הצעה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תלמיד בוחר באפשרות המועדפת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פתרון שמשלב חלקית בין עמדות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ניסיון להסביר ולגרום לאחרים להסכים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רעיון שמוצג לדיון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תרגול משולב: מהדיון להחלטה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מתקיים דיון ודברי שכנוע בעד ונגד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הכיתה מצביעה על ההצעה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מישהו מציג הצעה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העיקרית של מועצת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לתלמידים ולתלמידות להשפיע על החלטות הנוגעות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לקבוע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בהצבעה דמוקרטית, איזו החלטה מתקבלת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ההחלטה שקיבלה הכי מעט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ההחלטה שקיבלה את רוב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ההחלטה שהמורה בחר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נכון לגבי הקול של כל תלמיד או תלמידה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לכל אחד ואחת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תלמידים עם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תלמידים מצטיינים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חשוב לכלול כדי לשכנע אחרים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דעה אישית בלי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נימוקים ודוגמאות התומכים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קריאה בקול רם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תפקיד מועצת הכיתה?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לבנות טיעון משכנע בשני משפטים?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מועצת הכיתה: הצבעות, שכנוע ופשרות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